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הספרייה שבתחנה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רצף האירועים והפרטים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מבנה טקסט (פתיחה, גוף, סיום) ונקודת מפנה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שורש ומשקל מתוך מילים מהטקסט ולנסח עמדה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חודשיים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קחו ספר השאירו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רינה הנהגת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פתק תודה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בפסקה השלישית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רינה הנהגת היא שהוסיפה את הגגון, ותמר היא תלמידת כיתה ח׳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המועצה מתכננת להציב מדפים נוספים בתחנות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גגון מפח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פתקים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לשון: שורש ומשקל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(שורש ס-פ-ר)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(שורש ס-פ-ר)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(משקל קוטל (פועל נ-ס-ע))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(משקל קוטל (פועל ק-ר-א))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(אינו מאותו שורש כמו ספרייה)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מדף עץ קטן מופיע בתחנת האוטובוס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בשבוע הראשון נעלמים שלושה ספרים ולא חוזר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בשבוע השני מופיעים שבעה ספרים חדשים עם פתק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רינה מוסיפה גגון מפח למדף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המועצה המקומית מתכננת מדפים נוספים בתחנות אחרות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נקודת המפנה היא הפתק בשבוע השני, שהוכיח שאנשים לא רק לוקחים אלא גם נותנים, ומשם הרעיון התפשט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תמר, כי רצתה שההמתנה לאוטובוס תהיה מעניינת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הופיעו שבעה ספרים חדשים עם פתק תודה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ספרים, מספרת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בשיחה על תחנות אוטובוס מוכרות ולחבר לרעיון השיתוף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הלשוני כדאי להדגיש את ההבדל בין מילים דומות בצליל (ספסל) למילים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להשוות תשובות בזוגות בחלק הפתוח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🃏 כרטיסיות משימה לכל 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הספרייה שבתחנה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הכתבה מספרת על מדף ספרים קטן שהופיע בתחנת אוטובוס בכפר דמיוני, ועל הדרך שבה רעיון פשוט של תלמידה הפך לפרויקט קהילתי. בדף זה נתרגל הבנת הנקרא, מבנה הטקסט ולשון.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הגתה את רעיון מדף הספרים?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 הגן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המועצה המקומית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זמן לפני כתיבת הכתבה הופיע המדף?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חודשיים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היה כתוב על השלט שנכתב בכתב 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קחו ספר השאירו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ספריה חינם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אל תיגעו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ספרים למכירה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הוסיפה גגון מפח למדף?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רינה הנהגת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ילדי הגן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תלמידי כיתה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מצאה תמר בתוך אחד הספרים בשבוע השני?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פתק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הראשון נעלמו שלושה ספרים ולא חזר 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 היא נהגת האוטובוס שהוסיפה למדף גגון מפח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תלמידי כיתה ה׳ הכינו מחברת שבה אפשר לכתוב המלצות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המועצה המקומית מתכננת להסיר את המדף מהתחנה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את הרעיון הגתה __________, תלמידת כיתה ח׳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בשבוע השני חיכו למדף __________ ספרים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רינה הוסיפה למדף __________ כדי להגן מפני הגשם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הקוראים והקוראות החלו להשאיר בתוך הספרים __________ קטנים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לשון: שורש ומשקל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ספרייה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אינו מאותו שורש כמו ספרייה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מספרת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משקל קוטל (פועל נ-ס-ע)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נוסעים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משקל קוטל (פועל ק-ר-א)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שורש ס-פ-ר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ספסל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שורש ס-פ-ר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השני מופיעים שבעה ספרים חדשים עם פתק תודה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מדף עץ קטן מופיע בתחנת האוטובוס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רינה מוסיפה גגון מפח למדף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המועצה המקומית מתכננת מדפים נוספים בתחנות אחרות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בשבוע הראשון נעלמים שלושה ספרים ולא חוזר אף אחד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הייתה נקודת המפנה בכתבה? הסבירו למה דווקא שם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הגתה את רעיון מדף הספרים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בשבוע השני שהפך את המצב לטובה?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מהטקסט מאותו שורש כמו ספרייה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הספרייה שבתחנה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