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הספרייה שבתחנה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והפרטים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טקסט (פתיחה, גוף, סיום) ונקודת מפנה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שורש ומשקל מתוך מילים מהטקסט ולנסח עמדה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קחו ספר השאירו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רינה הנהגת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פתק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בפסקה השלישית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רינה הנהגת היא שהוסיפה את הגגון, ותמר היא תלמידת כיתה ח׳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המועצה מתכננת להציב מדפים נוספים בתחנות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גגון מפח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לשון: שורש ומשקל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(שורש ס-פ-ר)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(שורש ס-פ-ר)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(משקל קוטל (פועל נ-ס-ע))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(משקל קוטל (פועל ק-ר-א))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(אינו מאותו שורש כמו ספרייה)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מדף עץ קטן מופיע בתחנת האוטובוס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בשבוע הראשון נעלמים שלושה ספרים ולא חוזר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בשבוע השני מופיעים שבעה ספרים חדשים עם פתק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רינה מוסיפה גגון מפח למדף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המועצה המקומית מתכננת מדפים נוספים בתחנות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המפנה היא הפתק בשבוע השני, שהוכיח שאנשים לא רק לוקחים אלא גם נותנים, ומשם הרעיון התפשט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תמר, כי רצתה שההמתנה לאוטובוס תהיה מעניינת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הופיעו שבעה ספרים חדשים עם פתק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ספרים, מספרת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תחנות אוטובוס מוכרות ולחבר לרעיון השיתוף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 כדאי להדגיש את ההבדל בין מילים דומות בצליל (ספסל) למילים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להשוות תשובות בזוגות בחלק הפתוח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הספרייה שבתחנה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הכתבה מספרת על מדף קטן עם ספרים בתחנת אוטובוס. תלמידה בשם תמר חשבה על הרעיון. בדף נענה על שאלות על הסיפור ונלמד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חשבה על רעיון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התייאשה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הפסיקה לקוות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גגון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קטן שמגן מגשם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המשותפות שנותנות משמעות למילים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של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מפנה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שבו המצב משתנה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חלוקה לפתיחה, גוף וסיום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פיסת נייר קטנה עם הודעה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חשבה על הרעיון?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 הגן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המועצה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הופיע המדף?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חודשיים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כתוב על השלט?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קחו ספר השאירו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ספריה חינם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תיגעו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ספרים למכירה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הוסיפה את הגג הקטן?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רינה הנהגת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 הגן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תלמידי כיתה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בתוך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פתק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הראשון נעלמו שלושה ספרים ולא חזר 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היא נהגת האוטובוס שהוסיפה למדף גגון מפח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 כיתה ה׳ הכינו מחברת שבה אפשר לכתוב המלצות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המועצה המקומית מתכננת להסיר את המדף מהתחנה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הרעיון הגתה __________, תלמידת כיתה ח׳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בשבוע השני חיכו למדף __________ ספרים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רינה הוסיפה למדף __________ כדי להגן מפני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הקוראים והקוראות החלו להשאיר בתוך הספרים __________ קטנים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לשון: שורש ומשקל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משקל קוטל (פועל ק-ר-א)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מספרת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אינו מאותו שורש כמו ספרייה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נוסעים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שורש ס-פ-ר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שורש ס-פ-ר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ספסל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משקל קוטל (פועל נ-ס-ע)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הראשון נעלמים שלושה ספרים ולא חוזר אף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מדף עץ קטן מופיע בתחנת האוטובוס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רינה מוסיפה גגון מפח למדף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המועצה המקומית מתכננת מדפים נוספים בתחנות אחרות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השני מופיעים שבעה ספרים חדשים עם פתק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נקודת המפנה בכתבה? הסבירו למה דווקא 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הגתה את רעיון מדף הספרים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בשבוע השני שהפך את המצב לטובה?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מהטקסט מאותו שורש כמו ספרייה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הספרייה שבתחנה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