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הספרייה שבתחנה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והפרטים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טקסט (פתיחה, גוף, סיום) ונקודת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שורש ומשקל מתוך מילים מהטקסט ולנסח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קחו ספר השאירו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רינה הנהגת היא שהוסיפה את הגגון, ותמר היא תלמידת כיתה ח׳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לשון: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(שורש ס-פ-ר)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(שורש ס-פ-ר)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(משקל קוטל (פועל נ-ס-ע))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מדף עץ קטן מופיע בתחנת 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בשבוע הראשון נעלמים שלושה ספרים ולא חוזר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רינה מוסיפה גגון מפח למדף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תמר, כי רצתה שההמתנה לאוטובוס תהיה מעניינת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הופיעו שבעה ספרים חדשים עם פתק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ספרים, מספרת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תחנות אוטובוס מוכרות ולחבר לרעיון השיתוף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כדאי להדגיש את ההבדל בין מילים דומות בצליל (ספסל) למילים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להשוות תשובות בזוגות בחלק הפתוח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הספרייה שבתחנה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הכתבה מספרת על מדף ספרים קטן שהופיע בתחנת אוטובוס בכפר דמיוני, ועל הדרך שבה רעיון פשוט של תלמידה הפך לפרויקט קהילתי. בדף זה נתרגל הבנת הנקרא, מבנה הטקסט ולשון.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שבעה  ·  תמר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הגתה את רעיון מדף הספרים?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כתוב על השלט שנכתב בכתב 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קחו ספר השאירו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ספריה 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תיגעו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הראשון נעלמו שלושה ספרים ולא חזר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היא נהגת האוטובוס שהוסיפה למדף גגון מפח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הרעיון הגתה __________, תלמידת כיתה ח׳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בשבוע השני חיכו למדף __________ ספרים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לשון: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שורש ס-פ-ר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מספרת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משקל קוטל (פועל נ-ס-ע)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נוסעים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שורש ס-פ-ר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רינה מוסיפה גגון מפח למדף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מדף עץ קטן מופיע בתחנת 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הראשון נעלמים שלושה ספרים ולא חוזר אף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הגתה את רעיון מדף הספרים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בשבוע השני שהפך את המצב לטובה?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הספרייה שבתחנה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